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קל - גיליונות ונושאים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הנושאים השונים בעיתון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הקשורות לחיים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כרונולוגי של אירועים וחגים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רמות - מתחילים וממשיכים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בחירות לכנסת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גיליון חדש יוצא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בכותרת הגיליון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גיליון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(שבוע העלייה)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(בחירות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העלייה - סיפורים מכל העולם (18 באוקטובר)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החיים בישראל - הצעדים הראשונים (30 באוקטובר)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 הסיגד - געגועים לירושלים (9 בנובמבר)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ברורים הקשורים לנושא אמיתי מהעיתון, עם 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שיש שתי רמות קריאה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חג מתוך הגיליונות (למשל חנוכה או חג הסיגד)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אימוג'ים מהגיליונות כדי לעזור בזיהוי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כותרות הגיליונות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קל - גיליונות ונושאים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עיתון קל הוא עיתון שבועי בעברית קלה. בכל שבוע מופיע נושא חדש מהחיים בישראל - עלייה, בחירות, חגים, מזג אוויר וספורט. יש שתי רמות קריאה: מתחילים וממשיכים.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ממשיכים  ·  נושא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רמות קריאה יש בעיתון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רמות - מתחילים וממשיכים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גיליון מספר 2 עוסק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בחירות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בעיתון קל יוצא גיליון חדש כל חודש.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גיליון 1 עוסק בשבוע העלייה ובסיפורים מכל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בעיתון קל כל שבוע יש __________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שתי רמות קריאה: מתחילים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גיליון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גיליון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בחירות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גיליון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גיליון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גיליון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שבוע העלייה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החיים בישראל - הצעדים הראשונים (30 באוקטובר)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- געגועים לירושלים (9 בנובמבר)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העלייה - סיפורים מכל העולם (18 באוקטובר)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נושא אחד מהעיתון שמעניין אתכם,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רמת מתחילים לרמת ממשיכים?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חג אחד שהוזכר בעיתון קל.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עיתון קל - גיליונות ונושאים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