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בעיתון 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לחיים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כרונולוגי של אירועים וחגים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שתי רמות - מתחילים וממשיכים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בחירות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גיליון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כולנו שונים וכולנו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גיליון חדש יוצא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בכותרת הגיליון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הנושא של גיליון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הנושא הוא ספורט ומטבח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ממשיכים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גיליון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(שבוע העלייה)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(בחירות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(חג הסיגד)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(יום הסובלנות)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(ספורט ומטבח)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העלייה - סיפורים מכל העולם (18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החיים בישראל - הצעדים הראשונים (30 באוקטובר)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 הסיגד - געגועים לירושלים (9 בנובמבר)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חנוכה - חג האורים (4 בדצמבר)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ספורט ומטבח בישראל (18 בדצמבר)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ברורים הקשורים לנושא אמיתי מהעיתון, עם נימוק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מתאימה לנושא ישראלי,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שיש שתי רמות קריאה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חג מתוך הגיליונות (למשל חנוכה או חג הסיגד)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אימוג'ים מהגיליונות כדי לעזור בזיהוי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כותרות הגיליונות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קל - גיליונות ונושאים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עיתון קל הוא עיתון שבועי בעברית קלה. בכל שבוע מופיע נושא חדש מהחיים בישראל - עלייה, בחירות, חגים, מזג אוויר וספורט. יש שתי רמות קריאה: מתחילים וממשיכים.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רמות קריאה יש בעיתון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רמות - מתחילים וממשיכים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גיליון מספר 2 עוסק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גיליון מופיע הנושא "הגשם הראשון"?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גיליון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גיליון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גיליון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גיליון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המסר של יום הסובלנות בגיליון 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כולנו שונים וכולנו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קבוצה אחת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להיות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צריכים להיות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חג מוזכר גם בגיליון 8 וגם בגיליון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בעיתון קל יוצא גיליון חדש כל 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1 עוסק בשבוע העלייה ובסיפורים מכל העולם.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לגעגועים לירושלים.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10 עוסק רק בספורט ולא בשום דבר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בעיתון קל כל שבוע יש __________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שתי רמות קריאה: מתחילים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בגיליון 3 מדברים על הצעד הראשון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בחנוכה מדליקים __________ בכל ערב.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גיליון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גיליון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יום הסובלנות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גיליון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ספורט ומטבח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גיליון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בחירות לכנסת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גיליון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שבוע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גיליון 10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חג הסיגד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החיים בישראל - הצעדים הראשונים (30 באוקטובר)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ספורט ומטבח בישראל (18 בדצמבר)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- חג האורים (4 בדצמבר)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העלייה - סיפורים מכל העולם (18 באוקטובר)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- געגועים לירושלים (9 בנובמבר)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נושא אחד מהעיתון שמעניין אתכם,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שאתם כותבים כותרת לגיליון חדש של עיתון קל. על מה הייתם כותבים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רמת מתחילים לרמת ממשיכים?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חג אחד שהוזכר בעיתון קל.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מהעיתון הכי מעניין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קל - גיליונות ונושאים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